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160"/>
        <w:jc w:val="center"/>
      </w:pPr>
      <w:r>
        <w:rPr>
          <w:b/>
          <w:sz w:val="50"/>
        </w:rPr>
        <w:t>SCENTS OF PLACE</w:t>
      </w:r>
    </w:p>
    <w:p>
      <w:pPr>
        <w:spacing w:after="560"/>
        <w:jc w:val="center"/>
      </w:pPr>
      <w:r>
        <w:rPr>
          <w:i/>
          <w:sz w:val="20"/>
        </w:rPr>
        <w:t>BRAND STORY</w:t>
      </w:r>
    </w:p>
    <w:p>
      <w:pPr>
        <w:bidi/>
        <w:spacing w:after="320" w:line="283" w:lineRule="auto"/>
        <w:jc w:val="right"/>
      </w:pPr>
      <w:r>
        <w:rPr>
          <w:b/>
          <w:sz w:val="30"/>
        </w:rPr>
        <w:t>عمرك عدّت عليك ريحة…</w:t>
        <w:br/>
        <w:t>وفجأة رجعتك لوقت تاني؟</w:t>
      </w:r>
    </w:p>
    <w:p>
      <w:pPr>
        <w:bidi/>
        <w:spacing w:after="280" w:line="283" w:lineRule="auto"/>
        <w:jc w:val="right"/>
      </w:pPr>
      <w:r>
        <w:rPr>
          <w:b w:val="0"/>
          <w:sz w:val="24"/>
        </w:rPr>
        <w:t>ريحة بيت عشت فيه وإنت صغير.</w:t>
        <w:br/>
        <w:t>ريحة شخص بتحبه.</w:t>
        <w:br/>
        <w:t>صيف فات عليه سنين.</w:t>
        <w:br/>
        <w:t>أو حتى لحظة عادية جدًا… مكنتش تعرف وقتها إنها هتفضل معاك.</w:t>
      </w:r>
    </w:p>
    <w:p>
      <w:pPr>
        <w:bidi/>
        <w:spacing w:after="200" w:line="283" w:lineRule="auto"/>
        <w:jc w:val="right"/>
      </w:pPr>
      <w:r>
        <w:rPr>
          <w:b/>
          <w:sz w:val="24"/>
        </w:rPr>
        <w:t>الغريب إننا مع الوقت ممكن ننسى تفاصيل كتير.</w:t>
      </w:r>
    </w:p>
    <w:p>
      <w:pPr>
        <w:bidi/>
        <w:spacing w:after="240" w:line="283" w:lineRule="auto"/>
        <w:jc w:val="right"/>
      </w:pPr>
      <w:r>
        <w:rPr>
          <w:b w:val="0"/>
          <w:sz w:val="24"/>
        </w:rPr>
        <w:t>ننسى شكل المكان،</w:t>
        <w:br/>
        <w:t>الكلام اللي اتقال،</w:t>
        <w:br/>
        <w:t>وأوقات حتى ننسى إحنا كنا حاسين بإيه.</w:t>
      </w:r>
    </w:p>
    <w:p>
      <w:pPr>
        <w:bidi/>
        <w:spacing w:after="320" w:line="283" w:lineRule="auto"/>
        <w:jc w:val="right"/>
      </w:pPr>
      <w:r>
        <w:rPr>
          <w:b/>
          <w:sz w:val="28"/>
        </w:rPr>
        <w:t>لكن تيجي ريحة واحدة…</w:t>
        <w:br/>
        <w:t>وترجع كل حاجة.</w:t>
      </w:r>
    </w:p>
    <w:p>
      <w:pPr>
        <w:bidi/>
        <w:spacing w:after="200" w:line="283" w:lineRule="auto"/>
        <w:jc w:val="right"/>
      </w:pPr>
      <w:r>
        <w:rPr>
          <w:b w:val="0"/>
          <w:sz w:val="24"/>
        </w:rPr>
        <w:t>لأن طول ما إحنا بنكبر،</w:t>
        <w:br/>
        <w:t>من غير ما نحس، بنجمع روايح مرتبطة بحكاياتنا.</w:t>
      </w:r>
    </w:p>
    <w:p>
      <w:pPr>
        <w:bidi/>
        <w:spacing w:after="320" w:line="283" w:lineRule="auto"/>
        <w:jc w:val="right"/>
      </w:pPr>
      <w:r>
        <w:rPr>
          <w:b w:val="0"/>
          <w:sz w:val="24"/>
        </w:rPr>
        <w:t>روايح بتفكرنا بأماكن.</w:t>
        <w:br/>
        <w:t>روايح مرتبطة بناس.</w:t>
        <w:br/>
        <w:t>وروايح بترجع لنا نسخة قديمة من نفسنا.</w:t>
      </w:r>
    </w:p>
    <w:p>
      <w:pPr>
        <w:bidi/>
        <w:spacing w:after="160" w:line="283" w:lineRule="auto"/>
        <w:jc w:val="right"/>
      </w:pPr>
      <w:r>
        <w:rPr>
          <w:b/>
          <w:sz w:val="24"/>
        </w:rPr>
        <w:t>وده خلانا نسأل سؤال:</w:t>
      </w:r>
    </w:p>
    <w:p>
      <w:pPr>
        <w:bidi/>
        <w:spacing w:after="320" w:line="283" w:lineRule="auto"/>
        <w:jc w:val="center"/>
      </w:pPr>
      <w:r>
        <w:rPr>
          <w:b/>
          <w:sz w:val="28"/>
        </w:rPr>
        <w:t>طب ليه العطر يكون مجرد ريحة حلوة بنختارها؟</w:t>
        <w:br/>
        <w:br/>
        <w:t>ليه مايبقاش هو نفسه جزء من الحكاية؟</w:t>
      </w:r>
    </w:p>
    <w:p>
      <w:pPr>
        <w:bidi/>
        <w:spacing w:after="320" w:line="283" w:lineRule="auto"/>
        <w:jc w:val="right"/>
      </w:pPr>
      <w:r>
        <w:rPr>
          <w:b w:val="0"/>
          <w:sz w:val="24"/>
        </w:rPr>
        <w:t>عطر تلبسه في فترة معينة من حياتك،</w:t>
        <w:br/>
        <w:t>وبعد سنين، أول ما تقابله تاني…</w:t>
        <w:br/>
        <w:t>يرجعلك إحساس الفترة دي كلها.</w:t>
      </w:r>
    </w:p>
    <w:p>
      <w:pPr>
        <w:bidi/>
        <w:spacing w:after="200" w:line="283" w:lineRule="auto"/>
        <w:jc w:val="right"/>
      </w:pPr>
      <w:r>
        <w:rPr>
          <w:b/>
          <w:sz w:val="28"/>
        </w:rPr>
        <w:t>ومن هنا بدأت فكرة البراند.</w:t>
      </w:r>
    </w:p>
    <w:p>
      <w:pPr>
        <w:bidi/>
        <w:spacing w:after="160" w:line="283" w:lineRule="auto"/>
        <w:jc w:val="right"/>
      </w:pPr>
      <w:r>
        <w:rPr>
          <w:b w:val="0"/>
          <w:sz w:val="24"/>
        </w:rPr>
        <w:t>إننا مانعملش مجرد مجموعة عطور مختلفة.</w:t>
      </w:r>
    </w:p>
    <w:p>
      <w:pPr>
        <w:bidi/>
        <w:spacing w:after="240" w:line="283" w:lineRule="auto"/>
        <w:jc w:val="right"/>
      </w:pPr>
      <w:r>
        <w:rPr>
          <w:b/>
          <w:sz w:val="24"/>
        </w:rPr>
        <w:t>لكن نصنع House من الروائح، كل رائحة فيها تفتح عالم مختلف.</w:t>
      </w:r>
    </w:p>
    <w:p>
      <w:pPr>
        <w:bidi/>
        <w:spacing w:after="280" w:line="283" w:lineRule="auto"/>
        <w:jc w:val="right"/>
      </w:pPr>
      <w:r>
        <w:rPr>
          <w:b w:val="0"/>
          <w:sz w:val="24"/>
        </w:rPr>
        <w:t>عالم ممكن يبدأ بمكان.</w:t>
        <w:br/>
        <w:t>أو شخص.</w:t>
        <w:br/>
        <w:t>أو إحساس.</w:t>
        <w:br/>
        <w:t>أو ذكرى.</w:t>
        <w:br/>
        <w:t>أو لحظة لسه بتتكوّن.</w:t>
      </w:r>
    </w:p>
    <w:p>
      <w:pPr>
        <w:spacing w:before="200" w:after="320"/>
        <w:jc w:val="center"/>
      </w:pPr>
      <w:r>
        <w:rPr>
          <w:b/>
          <w:sz w:val="34"/>
        </w:rPr>
        <w:t>ONE HOUSE. DIFFERENT WORLDS.</w:t>
      </w:r>
    </w:p>
    <w:p>
      <w:pPr>
        <w:bidi/>
        <w:spacing w:after="100" w:line="283" w:lineRule="auto"/>
        <w:jc w:val="center"/>
      </w:pPr>
      <w:r>
        <w:rPr>
          <w:b w:val="0"/>
          <w:sz w:val="24"/>
        </w:rPr>
        <w:t>وده هو معنى:</w:t>
      </w:r>
    </w:p>
    <w:p>
      <w:pPr>
        <w:spacing w:before="0" w:after="280"/>
        <w:jc w:val="center"/>
      </w:pPr>
      <w:r>
        <w:rPr>
          <w:b/>
          <w:sz w:val="40"/>
        </w:rPr>
        <w:t>SCENTS OF PLACE</w:t>
      </w:r>
    </w:p>
    <w:p>
      <w:pPr>
        <w:bidi/>
        <w:spacing w:after="200" w:line="283" w:lineRule="auto"/>
        <w:jc w:val="right"/>
      </w:pPr>
      <w:r>
        <w:rPr>
          <w:b/>
          <w:sz w:val="24"/>
        </w:rPr>
        <w:t>لأن الـPlace بالنسبة لنا مش مجرد مكان على الخريطة.</w:t>
      </w:r>
    </w:p>
    <w:p>
      <w:pPr>
        <w:bidi/>
        <w:spacing w:after="320" w:line="283" w:lineRule="auto"/>
        <w:jc w:val="right"/>
      </w:pPr>
      <w:r>
        <w:rPr>
          <w:b w:val="0"/>
          <w:sz w:val="24"/>
        </w:rPr>
        <w:t>الـPlace ممكن يكون بيت.</w:t>
        <w:br/>
        <w:t>شخص.</w:t>
        <w:br/>
        <w:t>فترة من حياتك.</w:t>
        <w:br/>
        <w:t>أو حتى إحساس بتحاول ترجعله.</w:t>
      </w:r>
    </w:p>
    <w:p>
      <w:pPr>
        <w:bidi/>
        <w:spacing w:after="160" w:line="283" w:lineRule="auto"/>
        <w:jc w:val="center"/>
      </w:pPr>
      <w:r>
        <w:rPr>
          <w:b w:val="0"/>
          <w:sz w:val="24"/>
        </w:rPr>
        <w:t>وفي الآخر، كل عطر بنعمله هدفه إنه يسيب معاك حاجة وهي:</w:t>
      </w:r>
    </w:p>
    <w:p>
      <w:pPr>
        <w:spacing w:before="0" w:after="360"/>
        <w:jc w:val="center"/>
      </w:pPr>
      <w:r>
        <w:rPr>
          <w:b/>
          <w:sz w:val="36"/>
        </w:rPr>
        <w:t>A Memory. A Mood. A Moment.</w:t>
      </w:r>
    </w:p>
    <w:sectPr w:rsidR="00FC693F" w:rsidRPr="0006063C" w:rsidSect="00034616"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